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F51BA9">
        <w:trPr>
          <w:jc w:val="center"/>
        </w:trPr>
        <w:tc>
          <w:tcPr>
            <w:tcW w:w="10656" w:type="dxa"/>
            <w:shd w:val="clear" w:color="auto" w:fill="1B365D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F51BA9" w:rsidRDefault="00365274">
            <w:pPr>
              <w:spacing w:after="0"/>
              <w:jc w:val="center"/>
            </w:pPr>
            <w:r>
              <w:rPr>
                <w:noProof/>
                <w:lang w:val="es-CL" w:eastAsia="es-CL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16827</wp:posOffset>
                  </wp:positionV>
                  <wp:extent cx="932430" cy="334645"/>
                  <wp:effectExtent l="0" t="0" r="1270" b="8255"/>
                  <wp:wrapNone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erm-logo-b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2430" cy="334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/>
                <w:b/>
                <w:color w:val="FFFFFF"/>
                <w:sz w:val="23"/>
              </w:rPr>
              <w:t xml:space="preserve">        </w:t>
            </w:r>
            <w:r w:rsidR="007B0CE9">
              <w:rPr>
                <w:rFonts w:ascii="Arial" w:hAnsi="Arial"/>
                <w:b/>
                <w:color w:val="FFFFFF"/>
                <w:sz w:val="23"/>
              </w:rPr>
              <w:t>FORMULARIO DE SOLICITUD DE INCORPORACIÓN BECA ESCOLAR</w:t>
            </w:r>
            <w:r w:rsidR="007B0CE9">
              <w:rPr>
                <w:rFonts w:ascii="Arial" w:hAnsi="Arial"/>
                <w:b/>
                <w:color w:val="FFFFFF"/>
                <w:sz w:val="23"/>
              </w:rPr>
              <w:br/>
              <w:t>EN CASO DE FALLECIMIENTO O INVALIDEZ DEL SOSTENEDOR</w:t>
            </w:r>
          </w:p>
        </w:tc>
      </w:tr>
    </w:tbl>
    <w:p w:rsidR="00F51BA9" w:rsidRDefault="00F51BA9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  <w:gridCol w:w="20"/>
      </w:tblGrid>
      <w:tr w:rsidR="00F51BA9">
        <w:trPr>
          <w:gridAfter w:val="1"/>
          <w:wAfter w:w="20" w:type="dxa"/>
          <w:jc w:val="center"/>
        </w:trPr>
        <w:tc>
          <w:tcPr>
            <w:tcW w:w="10656" w:type="dxa"/>
            <w:gridSpan w:val="2"/>
            <w:tcBorders>
              <w:left w:val="single" w:sz="20" w:space="0" w:color="1B365D"/>
            </w:tcBorders>
            <w:shd w:val="clear" w:color="auto" w:fill="EAECEE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1BA9" w:rsidRDefault="007B0CE9">
            <w:pPr>
              <w:spacing w:after="0"/>
            </w:pPr>
            <w:r>
              <w:rPr>
                <w:rFonts w:ascii="Arial" w:hAnsi="Arial"/>
                <w:b/>
                <w:color w:val="1B365D"/>
                <w:sz w:val="20"/>
              </w:rPr>
              <w:t>I. DATOS DEL APODERADO SOSTENEDOR</w:t>
            </w:r>
          </w:p>
        </w:tc>
      </w:tr>
      <w:tr w:rsidR="00F51BA9">
        <w:tblPrEx>
          <w:tblBorders>
            <w:top w:val="single" w:sz="4" w:space="0" w:color="E0E0E0"/>
            <w:bottom w:val="single" w:sz="4" w:space="0" w:color="E0E0E0"/>
            <w:insideH w:val="single" w:sz="4" w:space="0" w:color="E0E0E0"/>
          </w:tblBorders>
        </w:tblPrEx>
        <w:trPr>
          <w:jc w:val="center"/>
        </w:trPr>
        <w:tc>
          <w:tcPr>
            <w:tcW w:w="5328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F51BA9" w:rsidRDefault="00365274" w:rsidP="00365274">
            <w:pPr>
              <w:spacing w:before="20" w:after="20"/>
            </w:pPr>
            <w:r>
              <w:rPr>
                <w:rFonts w:ascii="Arial" w:hAnsi="Arial"/>
                <w:b/>
                <w:color w:val="1B365D"/>
                <w:sz w:val="17"/>
              </w:rPr>
              <w:t>NOMBRE COMPLETO:</w:t>
            </w:r>
            <w:r w:rsidR="007B0CE9">
              <w:rPr>
                <w:rFonts w:ascii="Arial" w:hAnsi="Arial"/>
                <w:color w:val="646464"/>
                <w:sz w:val="17"/>
              </w:rPr>
              <w:t>_</w:t>
            </w:r>
            <w:r w:rsidR="007B0CE9">
              <w:rPr>
                <w:rFonts w:ascii="Arial" w:hAnsi="Arial"/>
                <w:color w:val="646464"/>
                <w:sz w:val="17"/>
              </w:rPr>
              <w:t>_____________</w:t>
            </w:r>
            <w:r>
              <w:rPr>
                <w:rFonts w:ascii="Arial" w:hAnsi="Arial"/>
                <w:color w:val="646464"/>
                <w:sz w:val="17"/>
              </w:rPr>
              <w:t>_______________________</w:t>
            </w:r>
          </w:p>
        </w:tc>
        <w:tc>
          <w:tcPr>
            <w:tcW w:w="5328" w:type="dxa"/>
            <w:gridSpan w:val="2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365274" w:rsidRDefault="00365274">
            <w:pPr>
              <w:spacing w:before="20" w:after="20"/>
              <w:rPr>
                <w:rFonts w:ascii="Arial" w:hAnsi="Arial"/>
                <w:b/>
                <w:color w:val="1B365D"/>
                <w:sz w:val="17"/>
              </w:rPr>
            </w:pPr>
          </w:p>
          <w:p w:rsidR="00F51BA9" w:rsidRDefault="007B0CE9">
            <w:pPr>
              <w:spacing w:before="20" w:after="20"/>
            </w:pPr>
            <w:r>
              <w:rPr>
                <w:rFonts w:ascii="Arial" w:hAnsi="Arial"/>
                <w:b/>
                <w:color w:val="1B365D"/>
                <w:sz w:val="17"/>
              </w:rPr>
              <w:t>R</w:t>
            </w:r>
            <w:r>
              <w:rPr>
                <w:rFonts w:ascii="Arial" w:hAnsi="Arial"/>
                <w:b/>
                <w:color w:val="1B365D"/>
                <w:sz w:val="17"/>
              </w:rPr>
              <w:t xml:space="preserve">UT: </w:t>
            </w:r>
            <w:r>
              <w:rPr>
                <w:rFonts w:ascii="Arial" w:hAnsi="Arial"/>
                <w:color w:val="646464"/>
                <w:sz w:val="17"/>
              </w:rPr>
              <w:t>_____________________</w:t>
            </w:r>
          </w:p>
        </w:tc>
      </w:tr>
      <w:tr w:rsidR="00F51BA9">
        <w:tblPrEx>
          <w:tblBorders>
            <w:top w:val="single" w:sz="4" w:space="0" w:color="E0E0E0"/>
            <w:bottom w:val="single" w:sz="4" w:space="0" w:color="E0E0E0"/>
            <w:insideH w:val="single" w:sz="4" w:space="0" w:color="E0E0E0"/>
          </w:tblBorders>
        </w:tblPrEx>
        <w:trPr>
          <w:jc w:val="center"/>
        </w:trPr>
        <w:tc>
          <w:tcPr>
            <w:tcW w:w="5328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365274" w:rsidRDefault="00365274">
            <w:pPr>
              <w:spacing w:before="20" w:after="20"/>
              <w:rPr>
                <w:rFonts w:ascii="Arial" w:hAnsi="Arial"/>
                <w:b/>
                <w:color w:val="1B365D"/>
                <w:sz w:val="17"/>
              </w:rPr>
            </w:pPr>
          </w:p>
          <w:p w:rsidR="00F51BA9" w:rsidRDefault="007B0CE9">
            <w:pPr>
              <w:spacing w:before="20" w:after="20"/>
            </w:pPr>
            <w:r>
              <w:rPr>
                <w:rFonts w:ascii="Arial" w:hAnsi="Arial"/>
                <w:b/>
                <w:color w:val="1B365D"/>
                <w:sz w:val="17"/>
              </w:rPr>
              <w:t xml:space="preserve">DIRECCIÓN: </w:t>
            </w:r>
            <w:r>
              <w:rPr>
                <w:rFonts w:ascii="Arial" w:hAnsi="Arial"/>
                <w:color w:val="646464"/>
                <w:sz w:val="17"/>
              </w:rPr>
              <w:t>_______________</w:t>
            </w:r>
            <w:r w:rsidR="00365274">
              <w:rPr>
                <w:rFonts w:ascii="Arial" w:hAnsi="Arial"/>
                <w:color w:val="646464"/>
                <w:sz w:val="17"/>
              </w:rPr>
              <w:t>___________________________</w:t>
            </w:r>
          </w:p>
        </w:tc>
        <w:tc>
          <w:tcPr>
            <w:tcW w:w="5328" w:type="dxa"/>
            <w:gridSpan w:val="2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365274" w:rsidRDefault="00365274">
            <w:pPr>
              <w:spacing w:before="20" w:after="20"/>
              <w:rPr>
                <w:rFonts w:ascii="Arial" w:hAnsi="Arial"/>
                <w:b/>
                <w:color w:val="1B365D"/>
                <w:sz w:val="17"/>
              </w:rPr>
            </w:pPr>
          </w:p>
          <w:p w:rsidR="00F51BA9" w:rsidRDefault="007B0CE9">
            <w:pPr>
              <w:spacing w:before="20" w:after="20"/>
            </w:pPr>
            <w:r>
              <w:rPr>
                <w:rFonts w:ascii="Arial" w:hAnsi="Arial"/>
                <w:b/>
                <w:color w:val="1B365D"/>
                <w:sz w:val="17"/>
              </w:rPr>
              <w:t xml:space="preserve">FECHA DE NACIMIENTO: </w:t>
            </w:r>
            <w:r>
              <w:rPr>
                <w:rFonts w:ascii="Arial" w:hAnsi="Arial"/>
                <w:color w:val="646464"/>
                <w:sz w:val="17"/>
              </w:rPr>
              <w:t>____/____/_________</w:t>
            </w:r>
          </w:p>
        </w:tc>
      </w:tr>
      <w:tr w:rsidR="00F51BA9">
        <w:tblPrEx>
          <w:tblBorders>
            <w:top w:val="single" w:sz="4" w:space="0" w:color="E0E0E0"/>
            <w:bottom w:val="single" w:sz="4" w:space="0" w:color="E0E0E0"/>
            <w:insideH w:val="single" w:sz="4" w:space="0" w:color="E0E0E0"/>
          </w:tblBorders>
        </w:tblPrEx>
        <w:trPr>
          <w:jc w:val="center"/>
        </w:trPr>
        <w:tc>
          <w:tcPr>
            <w:tcW w:w="5328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F51BA9" w:rsidRDefault="007B0CE9">
            <w:pPr>
              <w:spacing w:before="20" w:after="20"/>
            </w:pPr>
            <w:r>
              <w:rPr>
                <w:rFonts w:ascii="Arial" w:hAnsi="Arial"/>
                <w:b/>
                <w:color w:val="1B365D"/>
                <w:sz w:val="17"/>
              </w:rPr>
              <w:t xml:space="preserve">CORREO ELECTRÓNICO: </w:t>
            </w:r>
            <w:r>
              <w:rPr>
                <w:rFonts w:ascii="Arial" w:hAnsi="Arial"/>
                <w:color w:val="646464"/>
                <w:sz w:val="17"/>
              </w:rPr>
              <w:t>_______________________________________________</w:t>
            </w:r>
          </w:p>
        </w:tc>
        <w:tc>
          <w:tcPr>
            <w:tcW w:w="5328" w:type="dxa"/>
            <w:gridSpan w:val="2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365274" w:rsidRDefault="007B0CE9">
            <w:pPr>
              <w:spacing w:before="20" w:after="20"/>
              <w:rPr>
                <w:rFonts w:ascii="Arial" w:hAnsi="Arial"/>
                <w:b/>
                <w:color w:val="1B365D"/>
                <w:sz w:val="17"/>
              </w:rPr>
            </w:pPr>
            <w:r>
              <w:rPr>
                <w:rFonts w:ascii="Arial" w:hAnsi="Arial"/>
                <w:b/>
                <w:color w:val="1B365D"/>
                <w:sz w:val="17"/>
              </w:rPr>
              <w:t xml:space="preserve">TELÉFONO: </w:t>
            </w:r>
          </w:p>
          <w:p w:rsidR="00F51BA9" w:rsidRDefault="007B0CE9">
            <w:pPr>
              <w:spacing w:before="20" w:after="20"/>
            </w:pPr>
            <w:bookmarkStart w:id="0" w:name="_GoBack"/>
            <w:bookmarkEnd w:id="0"/>
            <w:r>
              <w:rPr>
                <w:rFonts w:ascii="Arial" w:hAnsi="Arial"/>
                <w:color w:val="646464"/>
                <w:sz w:val="17"/>
              </w:rPr>
              <w:t>_____________________</w:t>
            </w:r>
          </w:p>
        </w:tc>
      </w:tr>
      <w:tr w:rsidR="00F51BA9">
        <w:tblPrEx>
          <w:tblBorders>
            <w:top w:val="single" w:sz="4" w:space="0" w:color="E0E0E0"/>
            <w:bottom w:val="single" w:sz="4" w:space="0" w:color="E0E0E0"/>
            <w:insideH w:val="single" w:sz="4" w:space="0" w:color="E0E0E0"/>
          </w:tblBorders>
        </w:tblPrEx>
        <w:trPr>
          <w:jc w:val="center"/>
        </w:trPr>
        <w:tc>
          <w:tcPr>
            <w:tcW w:w="5328" w:type="dxa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F51BA9" w:rsidRDefault="007B0CE9">
            <w:pPr>
              <w:spacing w:before="20" w:after="20"/>
            </w:pPr>
            <w:r>
              <w:rPr>
                <w:rFonts w:ascii="Arial" w:hAnsi="Arial"/>
                <w:b/>
                <w:color w:val="1B365D"/>
                <w:sz w:val="17"/>
              </w:rPr>
              <w:t xml:space="preserve">RELACIÓN CON EL ALUMNO: </w:t>
            </w:r>
            <w:r>
              <w:rPr>
                <w:rFonts w:ascii="Arial" w:hAnsi="Arial"/>
                <w:color w:val="646464"/>
                <w:sz w:val="17"/>
              </w:rPr>
              <w:t>[  ] PADRE     [  ] MADRE     [  ] OTRO</w:t>
            </w:r>
          </w:p>
        </w:tc>
        <w:tc>
          <w:tcPr>
            <w:tcW w:w="5328" w:type="dxa"/>
            <w:gridSpan w:val="2"/>
            <w:tcMar>
              <w:top w:w="50" w:type="dxa"/>
              <w:left w:w="80" w:type="dxa"/>
              <w:bottom w:w="50" w:type="dxa"/>
              <w:right w:w="80" w:type="dxa"/>
            </w:tcMar>
          </w:tcPr>
          <w:p w:rsidR="00F51BA9" w:rsidRDefault="007B0CE9">
            <w:pPr>
              <w:spacing w:before="20" w:after="20"/>
            </w:pPr>
            <w:r>
              <w:rPr>
                <w:rFonts w:ascii="Arial" w:hAnsi="Arial"/>
                <w:b/>
                <w:color w:val="1B365D"/>
                <w:sz w:val="17"/>
              </w:rPr>
              <w:t>E</w:t>
            </w:r>
            <w:r>
              <w:rPr>
                <w:rFonts w:ascii="Arial" w:hAnsi="Arial"/>
                <w:b/>
                <w:color w:val="1B365D"/>
                <w:sz w:val="17"/>
              </w:rPr>
              <w:t xml:space="preserve">SPECIFIQUE (SI ES OTRO): </w:t>
            </w:r>
            <w:r>
              <w:rPr>
                <w:rFonts w:ascii="Arial" w:hAnsi="Arial"/>
                <w:color w:val="646464"/>
                <w:sz w:val="17"/>
              </w:rPr>
              <w:t>_____________________</w:t>
            </w:r>
          </w:p>
        </w:tc>
      </w:tr>
    </w:tbl>
    <w:p w:rsidR="00F51BA9" w:rsidRDefault="00F51BA9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1872"/>
        <w:gridCol w:w="2016"/>
        <w:gridCol w:w="1728"/>
        <w:gridCol w:w="20"/>
      </w:tblGrid>
      <w:tr w:rsidR="00F51BA9" w:rsidTr="00365274">
        <w:trPr>
          <w:gridAfter w:val="1"/>
          <w:wAfter w:w="20" w:type="dxa"/>
          <w:trHeight w:val="406"/>
          <w:jc w:val="center"/>
        </w:trPr>
        <w:tc>
          <w:tcPr>
            <w:tcW w:w="10656" w:type="dxa"/>
            <w:gridSpan w:val="4"/>
            <w:tcBorders>
              <w:left w:val="single" w:sz="20" w:space="0" w:color="1B365D"/>
            </w:tcBorders>
            <w:shd w:val="clear" w:color="auto" w:fill="EAECEE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1BA9" w:rsidRDefault="007B0CE9">
            <w:pPr>
              <w:spacing w:after="0"/>
            </w:pPr>
            <w:r>
              <w:rPr>
                <w:rFonts w:ascii="Arial" w:hAnsi="Arial"/>
                <w:b/>
                <w:color w:val="1B365D"/>
                <w:sz w:val="20"/>
              </w:rPr>
              <w:t>II. DATOS DEL (DE LOS) ALUMNO (S)</w:t>
            </w:r>
          </w:p>
        </w:tc>
      </w:tr>
      <w:tr w:rsidR="00F51BA9">
        <w:tblPrEx>
          <w:tblBorders>
            <w:top w:val="single" w:sz="4" w:space="0" w:color="CCCCCC"/>
            <w:bottom w:val="single" w:sz="4" w:space="0" w:color="CCCCCC"/>
            <w:insideH w:val="single" w:sz="4" w:space="0" w:color="CCCCCC"/>
          </w:tblBorders>
        </w:tblPrEx>
        <w:trPr>
          <w:jc w:val="center"/>
        </w:trPr>
        <w:tc>
          <w:tcPr>
            <w:tcW w:w="5040" w:type="dxa"/>
            <w:shd w:val="clear" w:color="auto" w:fill="1B365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51BA9" w:rsidRDefault="007B0CE9"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NOMBRE COMPLETO</w:t>
            </w:r>
          </w:p>
        </w:tc>
        <w:tc>
          <w:tcPr>
            <w:tcW w:w="1872" w:type="dxa"/>
            <w:shd w:val="clear" w:color="auto" w:fill="1B365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51BA9" w:rsidRDefault="007B0CE9"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RUT</w:t>
            </w:r>
          </w:p>
        </w:tc>
        <w:tc>
          <w:tcPr>
            <w:tcW w:w="2016" w:type="dxa"/>
            <w:shd w:val="clear" w:color="auto" w:fill="1B365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51BA9" w:rsidRDefault="007B0CE9"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FECHA DE NACIMIENTO</w:t>
            </w:r>
          </w:p>
        </w:tc>
        <w:tc>
          <w:tcPr>
            <w:tcW w:w="1728" w:type="dxa"/>
            <w:gridSpan w:val="2"/>
            <w:shd w:val="clear" w:color="auto" w:fill="1B365D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51BA9" w:rsidRDefault="007B0CE9"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CURSO</w:t>
            </w:r>
          </w:p>
        </w:tc>
      </w:tr>
      <w:tr w:rsidR="00F51BA9">
        <w:tblPrEx>
          <w:tblBorders>
            <w:top w:val="single" w:sz="4" w:space="0" w:color="CCCCCC"/>
            <w:bottom w:val="single" w:sz="4" w:space="0" w:color="CCCCCC"/>
            <w:insideH w:val="single" w:sz="4" w:space="0" w:color="CCCCCC"/>
          </w:tblBorders>
        </w:tblPrEx>
        <w:trPr>
          <w:jc w:val="center"/>
        </w:trPr>
        <w:tc>
          <w:tcPr>
            <w:tcW w:w="5040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51BA9" w:rsidRDefault="007B0CE9">
            <w:pPr>
              <w:spacing w:after="0"/>
            </w:pPr>
            <w:r>
              <w:rPr>
                <w:rFonts w:ascii="Arial" w:hAnsi="Arial"/>
                <w:sz w:val="18"/>
              </w:rPr>
              <w:t xml:space="preserve">1. </w:t>
            </w:r>
          </w:p>
        </w:tc>
        <w:tc>
          <w:tcPr>
            <w:tcW w:w="187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51BA9" w:rsidRDefault="007B0CE9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 xml:space="preserve"> </w:t>
            </w:r>
          </w:p>
        </w:tc>
        <w:tc>
          <w:tcPr>
            <w:tcW w:w="2016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51BA9" w:rsidRDefault="007B0CE9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 xml:space="preserve"> </w:t>
            </w:r>
          </w:p>
        </w:tc>
        <w:tc>
          <w:tcPr>
            <w:tcW w:w="1728" w:type="dxa"/>
            <w:gridSpan w:val="2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51BA9" w:rsidRDefault="007B0CE9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 xml:space="preserve"> </w:t>
            </w:r>
          </w:p>
        </w:tc>
      </w:tr>
      <w:tr w:rsidR="00F51BA9">
        <w:tblPrEx>
          <w:tblBorders>
            <w:top w:val="single" w:sz="4" w:space="0" w:color="CCCCCC"/>
            <w:bottom w:val="single" w:sz="4" w:space="0" w:color="CCCCCC"/>
            <w:insideH w:val="single" w:sz="4" w:space="0" w:color="CCCCCC"/>
          </w:tblBorders>
        </w:tblPrEx>
        <w:trPr>
          <w:jc w:val="center"/>
        </w:trPr>
        <w:tc>
          <w:tcPr>
            <w:tcW w:w="50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51BA9" w:rsidRDefault="007B0CE9">
            <w:pPr>
              <w:spacing w:after="0"/>
            </w:pPr>
            <w:r>
              <w:rPr>
                <w:rFonts w:ascii="Arial" w:hAnsi="Arial"/>
                <w:sz w:val="18"/>
              </w:rPr>
              <w:t xml:space="preserve">2. </w:t>
            </w:r>
          </w:p>
        </w:tc>
        <w:tc>
          <w:tcPr>
            <w:tcW w:w="187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51BA9" w:rsidRDefault="007B0CE9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 xml:space="preserve"> </w:t>
            </w:r>
          </w:p>
        </w:tc>
        <w:tc>
          <w:tcPr>
            <w:tcW w:w="201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51BA9" w:rsidRDefault="007B0CE9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 xml:space="preserve"> </w:t>
            </w:r>
          </w:p>
        </w:tc>
        <w:tc>
          <w:tcPr>
            <w:tcW w:w="1728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51BA9" w:rsidRDefault="007B0CE9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 xml:space="preserve"> </w:t>
            </w:r>
          </w:p>
        </w:tc>
      </w:tr>
      <w:tr w:rsidR="00F51BA9">
        <w:tblPrEx>
          <w:tblBorders>
            <w:top w:val="single" w:sz="4" w:space="0" w:color="CCCCCC"/>
            <w:bottom w:val="single" w:sz="4" w:space="0" w:color="CCCCCC"/>
            <w:insideH w:val="single" w:sz="4" w:space="0" w:color="CCCCCC"/>
          </w:tblBorders>
        </w:tblPrEx>
        <w:trPr>
          <w:jc w:val="center"/>
        </w:trPr>
        <w:tc>
          <w:tcPr>
            <w:tcW w:w="5040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51BA9" w:rsidRDefault="007B0CE9">
            <w:pPr>
              <w:spacing w:after="0"/>
            </w:pPr>
            <w:r>
              <w:rPr>
                <w:rFonts w:ascii="Arial" w:hAnsi="Arial"/>
                <w:sz w:val="18"/>
              </w:rPr>
              <w:t xml:space="preserve">3. </w:t>
            </w:r>
          </w:p>
        </w:tc>
        <w:tc>
          <w:tcPr>
            <w:tcW w:w="1872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51BA9" w:rsidRDefault="007B0CE9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 xml:space="preserve"> </w:t>
            </w:r>
          </w:p>
        </w:tc>
        <w:tc>
          <w:tcPr>
            <w:tcW w:w="2016" w:type="dxa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51BA9" w:rsidRDefault="007B0CE9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 xml:space="preserve"> </w:t>
            </w:r>
          </w:p>
        </w:tc>
        <w:tc>
          <w:tcPr>
            <w:tcW w:w="1728" w:type="dxa"/>
            <w:gridSpan w:val="2"/>
            <w:shd w:val="clear" w:color="auto" w:fill="F9FAFB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51BA9" w:rsidRDefault="007B0CE9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 xml:space="preserve"> </w:t>
            </w:r>
          </w:p>
        </w:tc>
      </w:tr>
      <w:tr w:rsidR="00F51BA9">
        <w:tblPrEx>
          <w:tblBorders>
            <w:top w:val="single" w:sz="4" w:space="0" w:color="CCCCCC"/>
            <w:bottom w:val="single" w:sz="4" w:space="0" w:color="CCCCCC"/>
            <w:insideH w:val="single" w:sz="4" w:space="0" w:color="CCCCCC"/>
          </w:tblBorders>
        </w:tblPrEx>
        <w:trPr>
          <w:jc w:val="center"/>
        </w:trPr>
        <w:tc>
          <w:tcPr>
            <w:tcW w:w="5040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51BA9" w:rsidRDefault="007B0CE9">
            <w:pPr>
              <w:spacing w:after="0"/>
            </w:pPr>
            <w:r>
              <w:rPr>
                <w:rFonts w:ascii="Arial" w:hAnsi="Arial"/>
                <w:sz w:val="18"/>
              </w:rPr>
              <w:t xml:space="preserve">4. </w:t>
            </w:r>
          </w:p>
        </w:tc>
        <w:tc>
          <w:tcPr>
            <w:tcW w:w="1872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51BA9" w:rsidRDefault="007B0CE9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 xml:space="preserve"> </w:t>
            </w:r>
          </w:p>
        </w:tc>
        <w:tc>
          <w:tcPr>
            <w:tcW w:w="201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51BA9" w:rsidRDefault="007B0CE9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 xml:space="preserve"> </w:t>
            </w:r>
          </w:p>
        </w:tc>
        <w:tc>
          <w:tcPr>
            <w:tcW w:w="1728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51BA9" w:rsidRDefault="007B0CE9">
            <w:pPr>
              <w:spacing w:after="0"/>
              <w:jc w:val="center"/>
            </w:pPr>
            <w:r>
              <w:rPr>
                <w:rFonts w:ascii="Arial" w:hAnsi="Arial"/>
                <w:sz w:val="18"/>
              </w:rPr>
              <w:t xml:space="preserve"> </w:t>
            </w:r>
          </w:p>
        </w:tc>
      </w:tr>
    </w:tbl>
    <w:p w:rsidR="00F51BA9" w:rsidRDefault="00F51BA9">
      <w:pPr>
        <w:spacing w:after="8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F51BA9">
        <w:trPr>
          <w:jc w:val="center"/>
        </w:trPr>
        <w:tc>
          <w:tcPr>
            <w:tcW w:w="10656" w:type="dxa"/>
            <w:tcBorders>
              <w:left w:val="single" w:sz="20" w:space="0" w:color="1B365D"/>
            </w:tcBorders>
            <w:shd w:val="clear" w:color="auto" w:fill="EAECEE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1BA9" w:rsidRDefault="007B0CE9">
            <w:pPr>
              <w:spacing w:after="0"/>
            </w:pPr>
            <w:r>
              <w:rPr>
                <w:rFonts w:ascii="Arial" w:hAnsi="Arial"/>
                <w:b/>
                <w:color w:val="1B365D"/>
                <w:sz w:val="20"/>
              </w:rPr>
              <w:t>III. REQUISITOS PARA OTORGAMIENTO DE LA BECA</w:t>
            </w:r>
          </w:p>
        </w:tc>
      </w:tr>
    </w:tbl>
    <w:p w:rsidR="00F51BA9" w:rsidRDefault="007B0CE9">
      <w:pPr>
        <w:spacing w:before="20" w:after="30" w:line="252" w:lineRule="auto"/>
        <w:ind w:left="216"/>
      </w:pPr>
      <w:r>
        <w:rPr>
          <w:rFonts w:ascii="Arial" w:hAnsi="Arial"/>
          <w:b/>
          <w:color w:val="1B365D"/>
          <w:sz w:val="16"/>
        </w:rPr>
        <w:t xml:space="preserve">1. </w:t>
      </w:r>
      <w:r>
        <w:rPr>
          <w:rFonts w:ascii="Arial" w:hAnsi="Arial"/>
          <w:color w:val="333333"/>
          <w:sz w:val="16"/>
        </w:rPr>
        <w:t>La beca financiará la matrícula</w:t>
      </w:r>
      <w:r>
        <w:rPr>
          <w:rFonts w:ascii="Arial" w:hAnsi="Arial"/>
          <w:color w:val="333333"/>
          <w:sz w:val="16"/>
        </w:rPr>
        <w:t xml:space="preserve"> y colegiatura de aquellos alumnos matriculados cuyo sostenedor suscribiente del contrato de prestación de servicios fallezca o sufra de invalidez sobreviniente total y permanente (2/3).</w:t>
      </w:r>
    </w:p>
    <w:p w:rsidR="00F51BA9" w:rsidRDefault="007B0CE9">
      <w:pPr>
        <w:spacing w:before="20" w:after="30" w:line="252" w:lineRule="auto"/>
        <w:ind w:left="216"/>
      </w:pPr>
      <w:r>
        <w:rPr>
          <w:rFonts w:ascii="Arial" w:hAnsi="Arial"/>
          <w:b/>
          <w:color w:val="1B365D"/>
          <w:sz w:val="16"/>
        </w:rPr>
        <w:t xml:space="preserve">2. </w:t>
      </w:r>
      <w:r>
        <w:rPr>
          <w:rFonts w:ascii="Arial" w:hAnsi="Arial"/>
          <w:color w:val="333333"/>
          <w:sz w:val="16"/>
        </w:rPr>
        <w:t>La beca solo se otorgará en el evento que no existan seguros contr</w:t>
      </w:r>
      <w:r>
        <w:rPr>
          <w:rFonts w:ascii="Arial" w:hAnsi="Arial"/>
          <w:color w:val="333333"/>
          <w:sz w:val="16"/>
        </w:rPr>
        <w:t>atados por su sostenedor, padres o apoderados, con cobertura de su educación futura.</w:t>
      </w:r>
    </w:p>
    <w:p w:rsidR="00F51BA9" w:rsidRDefault="007B0CE9">
      <w:pPr>
        <w:spacing w:before="20" w:after="30" w:line="252" w:lineRule="auto"/>
        <w:ind w:left="216"/>
      </w:pPr>
      <w:r>
        <w:rPr>
          <w:rFonts w:ascii="Arial" w:hAnsi="Arial"/>
          <w:b/>
          <w:color w:val="1B365D"/>
          <w:sz w:val="16"/>
        </w:rPr>
        <w:t xml:space="preserve">3. </w:t>
      </w:r>
      <w:r>
        <w:rPr>
          <w:rFonts w:ascii="Arial" w:hAnsi="Arial"/>
          <w:color w:val="333333"/>
          <w:sz w:val="16"/>
        </w:rPr>
        <w:t>La beca no cubrirá los años en que el alumno repita de curso. Con dos repitencias continuas o separadas se perderá el derecho a ella.</w:t>
      </w:r>
    </w:p>
    <w:p w:rsidR="00F51BA9" w:rsidRDefault="007B0CE9">
      <w:pPr>
        <w:spacing w:before="20" w:after="30" w:line="252" w:lineRule="auto"/>
        <w:ind w:left="216"/>
      </w:pPr>
      <w:r>
        <w:rPr>
          <w:rFonts w:ascii="Arial" w:hAnsi="Arial"/>
          <w:b/>
          <w:color w:val="1B365D"/>
          <w:sz w:val="16"/>
        </w:rPr>
        <w:t xml:space="preserve">4. </w:t>
      </w:r>
      <w:r>
        <w:rPr>
          <w:rFonts w:ascii="Arial" w:hAnsi="Arial"/>
          <w:color w:val="333333"/>
          <w:sz w:val="16"/>
        </w:rPr>
        <w:t>La beca no se otorgará cuando l</w:t>
      </w:r>
      <w:r>
        <w:rPr>
          <w:rFonts w:ascii="Arial" w:hAnsi="Arial"/>
          <w:color w:val="333333"/>
          <w:sz w:val="16"/>
        </w:rPr>
        <w:t>a edad del sostenedor, a la época de su fallecimiento o invalidez sobreviniente, supere los 65 años.</w:t>
      </w:r>
    </w:p>
    <w:p w:rsidR="00F51BA9" w:rsidRDefault="007B0CE9">
      <w:pPr>
        <w:spacing w:before="20" w:after="30" w:line="252" w:lineRule="auto"/>
        <w:ind w:left="216"/>
      </w:pPr>
      <w:r>
        <w:rPr>
          <w:rFonts w:ascii="Arial" w:hAnsi="Arial"/>
          <w:b/>
          <w:color w:val="1B365D"/>
          <w:sz w:val="16"/>
        </w:rPr>
        <w:t xml:space="preserve">5. </w:t>
      </w:r>
      <w:r>
        <w:rPr>
          <w:rFonts w:ascii="Arial" w:hAnsi="Arial"/>
          <w:color w:val="333333"/>
          <w:sz w:val="16"/>
        </w:rPr>
        <w:t>La beca no se otorgará cuando el fallecimiento o la invalidez total permanente 2/3 sea consecuencia de una acción suicida.</w:t>
      </w:r>
    </w:p>
    <w:p w:rsidR="00F51BA9" w:rsidRDefault="007B0CE9">
      <w:pPr>
        <w:spacing w:before="20" w:after="30" w:line="252" w:lineRule="auto"/>
        <w:ind w:left="216"/>
      </w:pPr>
      <w:r>
        <w:rPr>
          <w:rFonts w:ascii="Arial" w:hAnsi="Arial"/>
          <w:b/>
          <w:color w:val="1B365D"/>
          <w:sz w:val="16"/>
        </w:rPr>
        <w:t xml:space="preserve">6. </w:t>
      </w:r>
      <w:r>
        <w:rPr>
          <w:rFonts w:ascii="Arial" w:hAnsi="Arial"/>
          <w:color w:val="333333"/>
          <w:sz w:val="16"/>
        </w:rPr>
        <w:t>La beca no cubrirá los mon</w:t>
      </w:r>
      <w:r>
        <w:rPr>
          <w:rFonts w:ascii="Arial" w:hAnsi="Arial"/>
          <w:color w:val="333333"/>
          <w:sz w:val="16"/>
        </w:rPr>
        <w:t>tos de las colegiaturas ya canceladas. De esta forma, no procederán restituciones.</w:t>
      </w:r>
    </w:p>
    <w:p w:rsidR="00F51BA9" w:rsidRDefault="007B0CE9">
      <w:pPr>
        <w:spacing w:before="20" w:after="30" w:line="252" w:lineRule="auto"/>
        <w:ind w:left="216"/>
      </w:pPr>
      <w:r>
        <w:rPr>
          <w:rFonts w:ascii="Arial" w:hAnsi="Arial"/>
          <w:b/>
          <w:color w:val="1B365D"/>
          <w:sz w:val="16"/>
        </w:rPr>
        <w:t xml:space="preserve">7. </w:t>
      </w:r>
      <w:r>
        <w:rPr>
          <w:rFonts w:ascii="Arial" w:hAnsi="Arial"/>
          <w:color w:val="333333"/>
          <w:sz w:val="16"/>
        </w:rPr>
        <w:t>El fallecimiento deberá ser informado a la Fundación Alcázar dentro del plazo de 60 días de ocurrido, a través de la presentación del certificado de defunción.</w:t>
      </w:r>
    </w:p>
    <w:p w:rsidR="00F51BA9" w:rsidRDefault="007B0CE9">
      <w:pPr>
        <w:spacing w:before="20" w:after="30" w:line="252" w:lineRule="auto"/>
        <w:ind w:left="216"/>
      </w:pPr>
      <w:r>
        <w:rPr>
          <w:rFonts w:ascii="Arial" w:hAnsi="Arial"/>
          <w:b/>
          <w:color w:val="1B365D"/>
          <w:sz w:val="16"/>
        </w:rPr>
        <w:t xml:space="preserve">8. </w:t>
      </w:r>
      <w:r>
        <w:rPr>
          <w:rFonts w:ascii="Arial" w:hAnsi="Arial"/>
          <w:color w:val="333333"/>
          <w:sz w:val="16"/>
        </w:rPr>
        <w:t>La beca</w:t>
      </w:r>
      <w:r>
        <w:rPr>
          <w:rFonts w:ascii="Arial" w:hAnsi="Arial"/>
          <w:color w:val="333333"/>
          <w:sz w:val="16"/>
        </w:rPr>
        <w:t xml:space="preserve"> no procederá respecto de apoderados sostenedores que se hayan modificado, hasta cumplido un año de la sustitución de uno por otro.</w:t>
      </w:r>
    </w:p>
    <w:p w:rsidR="00F51BA9" w:rsidRDefault="007B0CE9">
      <w:pPr>
        <w:spacing w:before="20" w:after="30" w:line="252" w:lineRule="auto"/>
        <w:ind w:left="216"/>
      </w:pPr>
      <w:r>
        <w:rPr>
          <w:rFonts w:ascii="Arial" w:hAnsi="Arial"/>
          <w:b/>
          <w:color w:val="1B365D"/>
          <w:sz w:val="16"/>
        </w:rPr>
        <w:t xml:space="preserve">9. </w:t>
      </w:r>
      <w:r>
        <w:rPr>
          <w:rFonts w:ascii="Arial" w:hAnsi="Arial"/>
          <w:color w:val="333333"/>
          <w:sz w:val="16"/>
        </w:rPr>
        <w:t>La beca solo se otorgará a alumnos matriculados en los colegios de la Fundación Alcázar.</w:t>
      </w:r>
    </w:p>
    <w:p w:rsidR="00F51BA9" w:rsidRDefault="007B0CE9">
      <w:pPr>
        <w:spacing w:before="20" w:after="30" w:line="252" w:lineRule="auto"/>
        <w:ind w:left="216"/>
      </w:pPr>
      <w:r>
        <w:rPr>
          <w:rFonts w:ascii="Arial" w:hAnsi="Arial"/>
          <w:b/>
          <w:color w:val="1B365D"/>
          <w:sz w:val="16"/>
        </w:rPr>
        <w:t xml:space="preserve">10. </w:t>
      </w:r>
      <w:r>
        <w:rPr>
          <w:rFonts w:ascii="Arial" w:hAnsi="Arial"/>
          <w:color w:val="333333"/>
          <w:sz w:val="16"/>
        </w:rPr>
        <w:t>La invalidez total o parcial</w:t>
      </w:r>
      <w:r>
        <w:rPr>
          <w:rFonts w:ascii="Arial" w:hAnsi="Arial"/>
          <w:color w:val="333333"/>
          <w:sz w:val="16"/>
        </w:rPr>
        <w:t xml:space="preserve"> de hasta 2/3 se debe acreditar por la Comisión de Medicina Preventiva o Invalidez (COMPIN).</w:t>
      </w:r>
    </w:p>
    <w:p w:rsidR="00F51BA9" w:rsidRDefault="007B0CE9">
      <w:pPr>
        <w:spacing w:before="20" w:after="30" w:line="252" w:lineRule="auto"/>
        <w:ind w:left="216"/>
      </w:pPr>
      <w:r>
        <w:rPr>
          <w:rFonts w:ascii="Arial" w:hAnsi="Arial"/>
          <w:b/>
          <w:color w:val="1B365D"/>
          <w:sz w:val="16"/>
        </w:rPr>
        <w:t xml:space="preserve">11. </w:t>
      </w:r>
      <w:r>
        <w:rPr>
          <w:rFonts w:ascii="Arial" w:hAnsi="Arial"/>
          <w:color w:val="333333"/>
          <w:sz w:val="16"/>
        </w:rPr>
        <w:t>La beca cubrirá los estudios entre Prekínder y 4to. Medio en el colegio. No considera ningún otro tipo de estudios tales como técnicos, profesionales, de pregr</w:t>
      </w:r>
      <w:r>
        <w:rPr>
          <w:rFonts w:ascii="Arial" w:hAnsi="Arial"/>
          <w:color w:val="333333"/>
          <w:sz w:val="16"/>
        </w:rPr>
        <w:t>ado, postgrado u otro.</w:t>
      </w:r>
    </w:p>
    <w:p w:rsidR="00F51BA9" w:rsidRDefault="007B0CE9">
      <w:pPr>
        <w:spacing w:before="20" w:after="30" w:line="252" w:lineRule="auto"/>
        <w:ind w:left="216"/>
      </w:pPr>
      <w:r>
        <w:rPr>
          <w:rFonts w:ascii="Arial" w:hAnsi="Arial"/>
          <w:b/>
          <w:color w:val="1B365D"/>
          <w:sz w:val="16"/>
        </w:rPr>
        <w:t xml:space="preserve">12. </w:t>
      </w:r>
      <w:r>
        <w:rPr>
          <w:rFonts w:ascii="Arial" w:hAnsi="Arial"/>
          <w:color w:val="333333"/>
          <w:sz w:val="16"/>
        </w:rPr>
        <w:t>Los beneficiados deberán acompañar a su solicitud la siguiente documentación: certificado de defunción o certificado de invalidez (según corresponda), fotocopia de la cédula de identidad del sostenedor y copia del contrato de pre</w:t>
      </w:r>
      <w:r>
        <w:rPr>
          <w:rFonts w:ascii="Arial" w:hAnsi="Arial"/>
          <w:color w:val="333333"/>
          <w:sz w:val="16"/>
        </w:rPr>
        <w:t>stación de servicios educacionales vigente.</w:t>
      </w:r>
    </w:p>
    <w:p w:rsidR="00F51BA9" w:rsidRDefault="007B0CE9">
      <w: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F51BA9">
        <w:trPr>
          <w:jc w:val="center"/>
        </w:trPr>
        <w:tc>
          <w:tcPr>
            <w:tcW w:w="10656" w:type="dxa"/>
            <w:tcBorders>
              <w:left w:val="single" w:sz="20" w:space="0" w:color="1B365D"/>
            </w:tcBorders>
            <w:shd w:val="clear" w:color="auto" w:fill="EAECEE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F51BA9" w:rsidRDefault="007B0CE9">
            <w:pPr>
              <w:spacing w:after="0"/>
            </w:pPr>
            <w:r>
              <w:rPr>
                <w:rFonts w:ascii="Arial" w:hAnsi="Arial"/>
                <w:b/>
                <w:color w:val="1B365D"/>
                <w:sz w:val="20"/>
              </w:rPr>
              <w:lastRenderedPageBreak/>
              <w:t>IV. DECLARACIÓN OBLIGATORIA DE ENFERMEDADES O DOLENCIAS PREEXISTENTES</w:t>
            </w:r>
          </w:p>
        </w:tc>
      </w:tr>
    </w:tbl>
    <w:p w:rsidR="00F51BA9" w:rsidRDefault="00F51BA9">
      <w:pPr>
        <w:spacing w:after="40"/>
      </w:pPr>
    </w:p>
    <w:p w:rsidR="00F51BA9" w:rsidRDefault="007B0CE9">
      <w:pPr>
        <w:spacing w:after="40"/>
      </w:pPr>
      <w:r>
        <w:rPr>
          <w:rFonts w:ascii="Arial" w:hAnsi="Arial"/>
          <w:b/>
          <w:color w:val="1B365D"/>
          <w:sz w:val="18"/>
        </w:rPr>
        <w:t>Listado Genérico de Enfermedades o Dolencias Preexistentes sin Cobertura por la Beca Escolar:</w:t>
      </w:r>
    </w:p>
    <w:p w:rsidR="00F51BA9" w:rsidRDefault="007B0CE9">
      <w:pPr>
        <w:spacing w:before="40" w:after="80"/>
        <w:ind w:left="144" w:right="144"/>
      </w:pPr>
      <w:r>
        <w:rPr>
          <w:rFonts w:ascii="Arial" w:hAnsi="Arial"/>
          <w:b/>
          <w:color w:val="781E1E"/>
          <w:sz w:val="17"/>
        </w:rPr>
        <w:t>CÁNCER, DIABETES MELLITUS, HEMORRAGIA CEREBR</w:t>
      </w:r>
      <w:r>
        <w:rPr>
          <w:rFonts w:ascii="Arial" w:hAnsi="Arial"/>
          <w:b/>
          <w:color w:val="781E1E"/>
          <w:sz w:val="17"/>
        </w:rPr>
        <w:t>AL, CIRROSIS HEPÁTICA, ENFERMEDAD BRONCOPULMONAR, ENFERMEDADES CARDIOVASCULARES, INFARTO AL MIOCARDIO, INSUFICIENCIA RENAL CRÓNICA, VIH, SIDA E HIPERTENSIÓN ARTERIAL.</w:t>
      </w:r>
    </w:p>
    <w:p w:rsidR="00F51BA9" w:rsidRDefault="007B0CE9">
      <w:pPr>
        <w:spacing w:after="120" w:line="252" w:lineRule="auto"/>
      </w:pPr>
      <w:r>
        <w:rPr>
          <w:rFonts w:ascii="Arial" w:hAnsi="Arial"/>
          <w:i/>
          <w:color w:val="333333"/>
          <w:sz w:val="16"/>
        </w:rPr>
        <w:t>Se entienden como tales todas aquellas enfermedades, dolencias o situaciones de salud dia</w:t>
      </w:r>
      <w:r>
        <w:rPr>
          <w:rFonts w:ascii="Arial" w:hAnsi="Arial"/>
          <w:i/>
          <w:color w:val="333333"/>
          <w:sz w:val="16"/>
        </w:rPr>
        <w:t>gnosticadas o conocidas por el beneficiario (o por quien contrate en su favor) con anterioridad a la aceptación y otorgamiento de la beca.</w:t>
      </w:r>
    </w:p>
    <w:tbl>
      <w:tblPr>
        <w:tblW w:w="0" w:type="auto"/>
        <w:jc w:val="center"/>
        <w:tblBorders>
          <w:top w:val="single" w:sz="4" w:space="0" w:color="BDC3C7"/>
          <w:bottom w:val="single" w:sz="4" w:space="0" w:color="BDC3C7"/>
          <w:insideH w:val="single" w:sz="4" w:space="0" w:color="BDC3C7"/>
        </w:tblBorders>
        <w:tblLook w:val="04A0" w:firstRow="1" w:lastRow="0" w:firstColumn="1" w:lastColumn="0" w:noHBand="0" w:noVBand="1"/>
      </w:tblPr>
      <w:tblGrid>
        <w:gridCol w:w="10656"/>
      </w:tblGrid>
      <w:tr w:rsidR="00F51BA9">
        <w:trPr>
          <w:jc w:val="center"/>
        </w:trPr>
        <w:tc>
          <w:tcPr>
            <w:tcW w:w="10656" w:type="dxa"/>
            <w:shd w:val="clear" w:color="auto" w:fill="F4F6F9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F51BA9" w:rsidRDefault="007B0CE9">
            <w:pPr>
              <w:spacing w:after="80"/>
            </w:pPr>
            <w:r>
              <w:rPr>
                <w:rFonts w:ascii="Arial" w:hAnsi="Arial"/>
                <w:b/>
                <w:color w:val="333333"/>
                <w:sz w:val="17"/>
              </w:rPr>
              <w:t>¿Tiene ahora, o ha tenido en el pasado, o le ha sido diagnosticada alguna enfermedad o dolencia en particular que cor</w:t>
            </w:r>
            <w:r>
              <w:rPr>
                <w:rFonts w:ascii="Arial" w:hAnsi="Arial"/>
                <w:b/>
                <w:color w:val="333333"/>
                <w:sz w:val="17"/>
              </w:rPr>
              <w:t>responda a uno de los tipos mencionados en el listado anterior?</w:t>
            </w:r>
          </w:p>
          <w:p w:rsidR="00F51BA9" w:rsidRDefault="007B0CE9">
            <w:pPr>
              <w:spacing w:before="40" w:after="0"/>
              <w:jc w:val="center"/>
            </w:pPr>
            <w:r>
              <w:rPr>
                <w:rFonts w:ascii="Arial" w:hAnsi="Arial"/>
                <w:b/>
                <w:color w:val="1B365D"/>
                <w:sz w:val="19"/>
              </w:rPr>
              <w:t>MARQUE CON UNA 'X':       [   ] NO              [   ] SÍ</w:t>
            </w:r>
          </w:p>
        </w:tc>
      </w:tr>
    </w:tbl>
    <w:p w:rsidR="00F51BA9" w:rsidRDefault="00F51BA9">
      <w:pPr>
        <w:spacing w:after="80"/>
      </w:pPr>
    </w:p>
    <w:p w:rsidR="00F51BA9" w:rsidRDefault="007B0CE9">
      <w:pPr>
        <w:spacing w:after="60"/>
      </w:pPr>
      <w:r>
        <w:rPr>
          <w:rFonts w:ascii="Arial" w:hAnsi="Arial"/>
          <w:i/>
          <w:sz w:val="16"/>
        </w:rPr>
        <w:t xml:space="preserve">Si su respuesta es AFIRMATIVA (SÍ), por favor complete el siguiente cuadro indicando la o las enfermedades/dolencias en particular y </w:t>
      </w:r>
      <w:r>
        <w:rPr>
          <w:rFonts w:ascii="Arial" w:hAnsi="Arial"/>
          <w:i/>
          <w:sz w:val="16"/>
        </w:rPr>
        <w:t>los datos pertinentes: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5328"/>
        <w:gridCol w:w="5328"/>
      </w:tblGrid>
      <w:tr w:rsidR="00F51BA9">
        <w:trPr>
          <w:jc w:val="center"/>
        </w:trPr>
        <w:tc>
          <w:tcPr>
            <w:tcW w:w="5328" w:type="dxa"/>
            <w:shd w:val="clear" w:color="auto" w:fill="34495E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51BA9" w:rsidRDefault="007B0CE9"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ENFERMEDAD O DOLENCIA</w:t>
            </w:r>
          </w:p>
        </w:tc>
        <w:tc>
          <w:tcPr>
            <w:tcW w:w="5328" w:type="dxa"/>
            <w:shd w:val="clear" w:color="auto" w:fill="34495E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51BA9" w:rsidRDefault="007B0CE9"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6"/>
              </w:rPr>
              <w:t>FECHA DE DIAGNÓSTICO / CONOCIMIENTO (MES Y AÑO)</w:t>
            </w:r>
          </w:p>
        </w:tc>
      </w:tr>
      <w:tr w:rsidR="00F51BA9">
        <w:trPr>
          <w:jc w:val="center"/>
        </w:trPr>
        <w:tc>
          <w:tcPr>
            <w:tcW w:w="532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51BA9" w:rsidRDefault="00F51BA9">
            <w:pPr>
              <w:spacing w:after="0"/>
            </w:pPr>
          </w:p>
        </w:tc>
        <w:tc>
          <w:tcPr>
            <w:tcW w:w="532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51BA9" w:rsidRDefault="00F51BA9">
            <w:pPr>
              <w:spacing w:after="0"/>
            </w:pPr>
          </w:p>
        </w:tc>
      </w:tr>
      <w:tr w:rsidR="00F51BA9">
        <w:trPr>
          <w:jc w:val="center"/>
        </w:trPr>
        <w:tc>
          <w:tcPr>
            <w:tcW w:w="532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51BA9" w:rsidRDefault="00F51BA9">
            <w:pPr>
              <w:spacing w:after="0"/>
            </w:pPr>
          </w:p>
        </w:tc>
        <w:tc>
          <w:tcPr>
            <w:tcW w:w="532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51BA9" w:rsidRDefault="00F51BA9">
            <w:pPr>
              <w:spacing w:after="0"/>
            </w:pPr>
          </w:p>
        </w:tc>
      </w:tr>
      <w:tr w:rsidR="00F51BA9">
        <w:trPr>
          <w:jc w:val="center"/>
        </w:trPr>
        <w:tc>
          <w:tcPr>
            <w:tcW w:w="532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51BA9" w:rsidRDefault="00F51BA9">
            <w:pPr>
              <w:spacing w:after="0"/>
            </w:pPr>
          </w:p>
        </w:tc>
        <w:tc>
          <w:tcPr>
            <w:tcW w:w="532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F51BA9" w:rsidRDefault="00F51BA9">
            <w:pPr>
              <w:spacing w:after="0"/>
            </w:pPr>
          </w:p>
        </w:tc>
      </w:tr>
    </w:tbl>
    <w:p w:rsidR="00F51BA9" w:rsidRDefault="00F51BA9">
      <w:pPr>
        <w:spacing w:after="120"/>
      </w:pPr>
    </w:p>
    <w:p w:rsidR="00F51BA9" w:rsidRDefault="007B0CE9">
      <w:pPr>
        <w:spacing w:line="252" w:lineRule="auto"/>
      </w:pPr>
      <w:r>
        <w:rPr>
          <w:rFonts w:ascii="Arial" w:hAnsi="Arial"/>
          <w:b/>
          <w:sz w:val="16"/>
        </w:rPr>
        <w:t xml:space="preserve">ACEPTACIÓN ESPECIAL: </w:t>
      </w:r>
      <w:r>
        <w:rPr>
          <w:rFonts w:ascii="Arial" w:hAnsi="Arial"/>
          <w:color w:val="333333"/>
          <w:sz w:val="16"/>
        </w:rPr>
        <w:t xml:space="preserve">Tomo conocimiento y acepto expresamente que toda enfermedad o dolencia preexistente declarada precedentemente implica que respecto </w:t>
      </w:r>
      <w:r>
        <w:rPr>
          <w:rFonts w:ascii="Arial" w:hAnsi="Arial"/>
          <w:color w:val="333333"/>
          <w:sz w:val="16"/>
        </w:rPr>
        <w:t xml:space="preserve">de ella(s), los beneficios de esta beca no operarán. Acepto que en caso de no declarar en este formulario mis enfermedades o dolencias preexistentes, significará que la cobertura de la beca no operará si la causa del siniestro fuese producto de una de las </w:t>
      </w:r>
      <w:r>
        <w:rPr>
          <w:rFonts w:ascii="Arial" w:hAnsi="Arial"/>
          <w:color w:val="333333"/>
          <w:sz w:val="16"/>
        </w:rPr>
        <w:t>enfermedades o dolencias comprendidas en el listado genérico del punto IV de este formulario.</w:t>
      </w:r>
    </w:p>
    <w:tbl>
      <w:tblPr>
        <w:tblW w:w="0" w:type="auto"/>
        <w:jc w:val="center"/>
        <w:tblBorders>
          <w:top w:val="none" w:sz="4" w:space="0" w:color="FFFFFF"/>
          <w:bottom w:val="none" w:sz="4" w:space="0" w:color="FFFFFF"/>
          <w:insideH w:val="none" w:sz="4" w:space="0" w:color="FFFFFF"/>
        </w:tblBorders>
        <w:tblLook w:val="04A0" w:firstRow="1" w:lastRow="0" w:firstColumn="1" w:lastColumn="0" w:noHBand="0" w:noVBand="1"/>
      </w:tblPr>
      <w:tblGrid>
        <w:gridCol w:w="5328"/>
        <w:gridCol w:w="5328"/>
      </w:tblGrid>
      <w:tr w:rsidR="00F51BA9">
        <w:trPr>
          <w:jc w:val="center"/>
        </w:trPr>
        <w:tc>
          <w:tcPr>
            <w:tcW w:w="5328" w:type="dxa"/>
          </w:tcPr>
          <w:p w:rsidR="00F51BA9" w:rsidRDefault="007B0CE9">
            <w:pPr>
              <w:spacing w:before="500" w:after="0"/>
            </w:pPr>
            <w:r>
              <w:rPr>
                <w:rFonts w:ascii="Arial" w:hAnsi="Arial"/>
                <w:b/>
                <w:sz w:val="18"/>
              </w:rPr>
              <w:t>FECHA: _____ / _____ / _________</w:t>
            </w:r>
          </w:p>
        </w:tc>
        <w:tc>
          <w:tcPr>
            <w:tcW w:w="5328" w:type="dxa"/>
          </w:tcPr>
          <w:p w:rsidR="00F51BA9" w:rsidRDefault="007B0CE9">
            <w:pPr>
              <w:spacing w:before="700" w:after="0"/>
              <w:jc w:val="center"/>
            </w:pPr>
            <w:r>
              <w:rPr>
                <w:rFonts w:ascii="Arial" w:hAnsi="Arial"/>
                <w:sz w:val="19"/>
              </w:rPr>
              <w:t>___________________________________________</w:t>
            </w:r>
            <w:r>
              <w:rPr>
                <w:rFonts w:ascii="Arial" w:hAnsi="Arial"/>
                <w:sz w:val="19"/>
              </w:rPr>
              <w:br/>
            </w:r>
            <w:r>
              <w:rPr>
                <w:rFonts w:ascii="Arial" w:hAnsi="Arial"/>
                <w:b/>
                <w:color w:val="1B365D"/>
                <w:sz w:val="17"/>
              </w:rPr>
              <w:t>FIRMA Y HUELLA DEL SOSTENEDOR</w:t>
            </w:r>
          </w:p>
        </w:tc>
      </w:tr>
    </w:tbl>
    <w:p w:rsidR="007B0CE9" w:rsidRDefault="007B0CE9"/>
    <w:sectPr w:rsidR="007B0CE9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5274"/>
    <w:rsid w:val="007B0CE9"/>
    <w:rsid w:val="00AA1D8D"/>
    <w:rsid w:val="00B47730"/>
    <w:rsid w:val="00CB0664"/>
    <w:rsid w:val="00F51BA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D9DFF5E6-C67C-40EA-9B13-70B5D8726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uesto">
    <w:name w:val="Title"/>
    <w:basedOn w:val="Normal"/>
    <w:next w:val="Normal"/>
    <w:link w:val="Puest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uestoCar">
    <w:name w:val="Puesto Car"/>
    <w:basedOn w:val="Fuentedeprrafopredeter"/>
    <w:link w:val="Puest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4009E4A-C70B-4E8F-9B0F-C85FD80DB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659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4279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Jorge Muñoz</cp:lastModifiedBy>
  <cp:revision>2</cp:revision>
  <dcterms:created xsi:type="dcterms:W3CDTF">2013-12-23T23:15:00Z</dcterms:created>
  <dcterms:modified xsi:type="dcterms:W3CDTF">2026-10-19T16:18:00Z</dcterms:modified>
  <cp:category/>
</cp:coreProperties>
</file>